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המשפחה: שורשים, גזע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ממשפחת גדל ומושגים הקשורים למשפחה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מגוונות ומכבדות לצייר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 השם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לבחור עץ, מעגלים או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בשלבי הציור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סמלים כמו לב או 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(הדורות הקודמים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(אני, המרכז של 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(האנשים הקרובים שיוצאים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גיל אחת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צורה, שמות או סמלים, והסבר קצר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חיובית ומכבדת, שאפשר ושמחה לכלול את כל מי שאוהבים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שורשים, גזע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 רבא וסבתא רבה - הדור הרחוק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גדול, להגדיל, מגדל, הגדלה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של צורות שונות לעץ לפני תחילת הציור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שבחרו באימוץ או במשפחות מורכבות הצעות גמישות כמו במקרה של 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בחירה בין כתיבת שמות לציור סמלים כדי לכבד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איך מציירים עץ משפחה בצורות שונות - עץ, מעגלים או שמש - ואיך לשים בו מקום לכל האנשים החשובים.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שם  ·  גזע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שלושת חלקי העץ שמוזכרים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עלים, פרחים ופירות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גזע, עלים ושורשים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כותבים במקום המרכזי של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תאריך הולדת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לצייר את העץ רק בצורת עץ ולא בשום צורה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בעץ המשפחה מוסיפים קודם את האנשים הקרובים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חובה לכתוב שמות של כל בני המשפחה ואסור לצייר סמלים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חלקי העץ הם שורשים, __________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בעץ המשפחה כותבים את ה__________ שלי במקום המרכזי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גיל אחת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הדורות הקודמים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אני, המרכז של 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האנשים הקרובים שיוצאים ממני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איזו צורה בחרתם לעץ שלכם, את מי הכנסתם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לדעתכם ענתה המורה לליה כששאלה אם אפשר לצייר את שתי המשפחות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שלושת חלקי העץ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הדור הרביעי הוא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