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חלקי עץ המשפחה: שורשים, גזע וענפים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ממשפחת גדל ומושגים הקשורים למשפחה ולדורות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דרכים מגוונות ומכבדות לצייר עץ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שורשים, גזע וענפים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רכבת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את השם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סמלים כמו לב וכוכב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בבונה עץ אינטראקטיבי או עץ מודפס עם מדבקות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לבחור עץ, מעגלים או 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בשלבי הציור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אפשר לצייר סמלים כמו לב או פרח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במקרה לחשיבה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לשים רק שלושה-ארבעה אנשים או סמלים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גזע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סמלים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(הדורות הקודמים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(אני, המרכז של העץ)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(האנשים הקרובים שיוצאים ממני)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(קבוצת גיל אחת במשפחה)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(ילד מצטרף למשפחה באהבה)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צורה, שמות או סמלים, והסבר קצר לבחירה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חיובית ומכבדת, שאפשר ושמחה לכלול את כל מי שאוהבים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רעיונות יצירתיים כמו שני גזעים, ענפים נוספים או מעגלים חופפים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שורשים, גזע וענפים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סבא רבא וסבתא רבה - הדור הרחוק ביותר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גדול, להגדיל, מגדל, הגדלה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של צורות שונות לעץ לפני תחילת הציור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שבחרו באימוץ או במשפחות מורכבות הצעות גמישות כמו במקרה של 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בחירה בין כתיבת שמות לציור סמלים כדי לכבד כל 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העץ שלי מתחיל בי – עץ משפחה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לצייר עץ משפחה. אפשר לצייר עץ, מעגלים או שמש. שמים בו את האנשים הקרובים.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התחתון של העץ, מסמל את הדורות הקודמים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המרכזי של העץ, מסמל אותי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החלקים שיוצאים מהגזע, מסמלים אנשים קרובים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גיל אחת במשפחה, למשל ההורים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אימוץ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מצטרף למשפחה באהבה, לא תמיד בלידה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עץ משפחה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שמראה את הקשרים בין בני המשפחה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ציור קטן כמו לב או כוכב במקום 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שלושת חלקי העץ?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שורשים, גזע וענפים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עלים, פרחים ופירות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גזע, עלים ושורשים כפולים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ענפים, פרחים ושורשים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צורה לא מוזכרת?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עץ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כותבים באמצע העץ?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השם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שם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הולדת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אפשר לצייר במקום 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סמלים כמו לב וכוכב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אותיות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להשתמש בו עוד?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בבונה עץ אינטראקטיבי או עץ מודפס עם מדבקות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בספר לימוד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באטלס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לצייר את העץ רק בצורת עץ ולא בשום צורה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בעץ המשפחה מוסיפים קודם את האנשים הקרובים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לכתוב שמות של כל בני המשפחה ואסור לצייר סמלים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ליה שאלה את המורה אם אפשר לצייר את שתי המשפחות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העץ חייב לכלול לפחות עשרה אנשים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חלקי העץ הם שורשים, __________ וענפים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בעץ המשפחה כותבים את ה__________ שלי במקום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לצייר עץ משפחה או __________ - צורה עגולה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לקשט את העץ בצבעים, בעלים או ב__________ קטנים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מי שלא רוצה לכתוב שמות יכול לצייר __________ כמו לב או כוכב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אני, המרכז של העץ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גזע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קבוצת גיל אחת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ילד מצטרף למשפחה באהבה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הדורות הקודמים במשפחה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אימוץ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האנשים הקרובים שיוצאים ממני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איזו צורה בחרתם לעץ שלכם, את מי הכנסתם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לדעתכם ענתה המורה לליה כששאלה אם אפשר לצייר את שתי המשפחות שלה?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לצייר עץ שיש בו מקום לכל האנשים שליה אוהבת?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את שלושת חלקי העץ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הדור הרביעי הוא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מהמשפחה של ג־ד־ל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העץ שלי מתחיל בי – עץ משפחה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