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המשפחה: שורשים, גזע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ממשפחת גדל ומושגים הקשורים למשפחה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מגוונות ומכבדות לצייר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סמלים כמו לב וכוכב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בבונה עץ אינטראקטיבי או עץ מודפס עם מדבקות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לבחור עץ, מעגלים או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בשלבי הציור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סמלים כמו לב או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במקרה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לשים רק שלושה-ארבעה אנשים או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(הדורות הקודמים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(אני, המרכז של 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(האנשים הקרובים שיוצאים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גיל אחת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(ילד מצטרף למשפחה באהבה)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צורה, שמות או סמלים, והסבר קצר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חיובית ומכבדת, שאפשר ושמחה לכלול את כל מי שאוהבים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רעיונות יצירתיים כמו שני גזעים, ענפים נוספים או מעגלים חופפים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שורשים, גזע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 רבא וסבתא רבה - הדור הרחוק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גדול, להגדיל, מגדל, הגדלה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של צורות שונות לעץ לפני תחילת הציור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שבחרו באימוץ או במשפחות מורכבות הצעות גמישות כמו במקרה של 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בחירה בין כתיבת שמות לציור סמלים כדי לכבד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איך מציירים עץ משפחה בצורות שונות - עץ, מעגלים או שמש - ואיך לשים בו מקום לכל האנשים החשובים.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שלושת חלקי העץ שמוזכרים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עלים, פרחים ופירות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גזע, עלים ושורשים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ענפים, פרחים ושורשים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צורה אי אפשר לבחור לציור העץ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במקום המרכזי של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לצייר במקום שמות למי שלא רוצה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סמלים כמו לב וכוכב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אותיות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עוד אפשר להשתמש חוץ מציור חופשי?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בבונה עץ אינטראקטיבי או עץ מודפס עם מדבקות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בספר לימוד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באטלס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העץ רק בצורת עץ ולא בשום צורה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המשפחה מוסיפים קודם את האנשים הקרובים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לכתוב שמות של כל בני המשפחה ואסור לצייר סמלים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ליה שאלה את המורה אם אפשר לצייר את שתי המשפחות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חייב לכלול לפחות עשרה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חלקי העץ הם שורשים, __________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בעץ המשפחה כותבים את ה__________ שלי במקום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לצייר עץ משפחה או __________ - צורה עגולה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לקשט את העץ בצבעים, בעלים או ב__________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שלא רוצה לכתוב שמות יכול לצייר __________ כמו לב או 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 מצטרף למשפחה באהבה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הדורות הקודמים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גיל אחת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אני, המרכז של 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האנשים הקרובים שיוצאים ממני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איזו צורה בחרתם לעץ שלכם, את מי הכנסתם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ענתה המורה לליה כששאלה אם אפשר לצייר את שתי המשפחות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לצייר עץ שיש בו מקום לכל האנשים שליה אוהבת?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שלושת חלקי העץ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הדור הרביעי הוא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ג־ד־ל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